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oppins" w:hAnsi="Poppins"/>
          <w:b/>
          <w:sz w:val="36"/>
        </w:rPr>
        <w:t>10-DAY IMPACT PROJECT DEVELOPMENT COURSE</w:t>
      </w:r>
    </w:p>
    <w:p>
      <w:pPr>
        <w:jc w:val="center"/>
      </w:pPr>
      <w:r>
        <w:rPr>
          <w:rFonts w:ascii="Poppins" w:hAnsi="Poppins"/>
          <w:b/>
          <w:sz w:val="32"/>
        </w:rPr>
        <w:t>MODULE 4 WORKBOOK</w:t>
      </w:r>
    </w:p>
    <w:p>
      <w:pPr>
        <w:jc w:val="center"/>
      </w:pPr>
      <w:r>
        <w:rPr>
          <w:rFonts w:ascii="Poppins" w:hAnsi="Poppins"/>
          <w:b/>
          <w:sz w:val="30"/>
        </w:rPr>
        <w:t>CONNECTING SKILLS TO PROJECT POSSIBILITIES</w:t>
      </w:r>
    </w:p>
    <w:p>
      <w:pPr>
        <w:jc w:val="center"/>
      </w:pPr>
      <w:r>
        <w:t>Matching interests and observed opportunities with the capabilities, experience, networks, and resources you can realistically contribute.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Learner Information</w:t>
            </w:r>
          </w:p>
        </w:tc>
        <w:tc>
          <w:tcPr>
            <w:tcW w:type="dxa" w:w="5112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Details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Learner Name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Date Started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Date Completed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________________________</w:t>
            </w:r>
          </w:p>
        </w:tc>
      </w:tr>
    </w:tbl>
    <w:p/>
    <w:p>
      <w:r>
        <w:rPr>
          <w:b/>
        </w:rPr>
        <w:t xml:space="preserve">Module 4 Output: </w:t>
      </w:r>
      <w:r>
        <w:t>Personal Project Opportunity Map</w:t>
      </w:r>
    </w:p>
    <w:p>
      <w:r>
        <w:rPr>
          <w:b/>
        </w:rPr>
        <w:t xml:space="preserve">Day 1 Final Direction: </w:t>
      </w:r>
      <w:r>
        <w:t>Generate 2–3 realistic project possibilities without fully designing them.</w:t>
      </w:r>
    </w:p>
    <w:p>
      <w:r>
        <w:br w:type="page"/>
      </w:r>
    </w:p>
    <w:p>
      <w:pPr>
        <w:pStyle w:val="Heading1"/>
      </w:pPr>
      <w:r>
        <w:t>MODULE PURPOSE</w:t>
      </w:r>
    </w:p>
    <w:p>
      <w:r>
        <w:t>A project possibility becomes more realistic when it connects three things: what matters to you, what needs attention around you, and what you can contribute. This module helps you identify your skills, experiences, resources, and networks; recognize capability gaps; and translate those elements into 2–3 project possibilities.</w:t>
      </w:r>
    </w:p>
    <w:p>
      <w:pPr>
        <w:pStyle w:val="Heading1"/>
      </w:pPr>
      <w:r>
        <w:t>LEARNING OBJECTIVES</w:t>
      </w:r>
    </w:p>
    <w:p>
      <w:pPr>
        <w:pStyle w:val="ListBullet"/>
      </w:pPr>
      <w:r>
        <w:t>Inventory relevant skills, experiences, resources, and networks.</w:t>
      </w:r>
    </w:p>
    <w:p>
      <w:pPr>
        <w:pStyle w:val="ListBullet"/>
      </w:pPr>
      <w:r>
        <w:t>Identify your contribution to possible projects.</w:t>
      </w:r>
    </w:p>
    <w:p>
      <w:pPr>
        <w:pStyle w:val="ListBullet"/>
      </w:pPr>
      <w:r>
        <w:t>Recognize capability gaps and collaboration needs.</w:t>
      </w:r>
    </w:p>
    <w:p>
      <w:pPr>
        <w:pStyle w:val="ListBullet"/>
      </w:pPr>
      <w:r>
        <w:t>Generate 2–3 realistic project possibilities.</w:t>
      </w:r>
    </w:p>
    <w:p>
      <w:pPr>
        <w:pStyle w:val="Heading1"/>
      </w:pPr>
      <w:r>
        <w:t>MODULE CONTENT</w:t>
      </w:r>
    </w:p>
    <w:p>
      <w:pPr>
        <w:pStyle w:val="Heading2"/>
      </w:pPr>
      <w:r>
        <w:t>1. Your Existing Skills</w:t>
      </w:r>
    </w:p>
    <w:p>
      <w:r>
        <w:t>Inventory technical, interpersonal, organizational, communication, analytical, creative, digital, leadership, and field-specific skills.</w:t>
      </w:r>
    </w:p>
    <w:p>
      <w:pPr>
        <w:pStyle w:val="Heading2"/>
      </w:pPr>
      <w:r>
        <w:t>2. Your Experience as a Project Asset</w:t>
      </w:r>
    </w:p>
    <w:p>
      <w:r>
        <w:t>Work, school, volunteer, organizational, and community experience can provide context, credibility, relationships, and practical knowledge.</w:t>
      </w:r>
    </w:p>
    <w:p>
      <w:pPr>
        <w:pStyle w:val="Heading2"/>
      </w:pPr>
      <w:r>
        <w:t>3. Your Resources and Networks</w:t>
      </w:r>
    </w:p>
    <w:p>
      <w:r>
        <w:t>Consider people, organizations, equipment, spaces, knowledge sources, mentors, partners, platforms, and possible funding.</w:t>
      </w:r>
    </w:p>
    <w:p>
      <w:pPr>
        <w:pStyle w:val="Heading2"/>
      </w:pPr>
      <w:r>
        <w:t>4. Identifying Capability Gaps</w:t>
      </w:r>
    </w:p>
    <w:p>
      <w:r>
        <w:t>You do not need every capability yourself. Identify what you can contribute and what you need to learn, outsource, or obtain through collaboration.</w:t>
      </w:r>
    </w:p>
    <w:p>
      <w:pPr>
        <w:pStyle w:val="Heading1"/>
      </w:pPr>
      <w:r>
        <w:t>KEY IDEA</w:t>
      </w:r>
    </w:p>
    <w:p>
      <w:r>
        <w:t>You do not need to be able to do everything yourself. Strong project possibilities recognize both personal contribution and the support needed from other people, organizations, or resources.</w:t>
      </w:r>
    </w:p>
    <w:p>
      <w:r>
        <w:br w:type="page"/>
      </w:r>
    </w:p>
    <w:p>
      <w:pPr>
        <w:pStyle w:val="Heading1"/>
      </w:pPr>
      <w:r>
        <w:t>PRACTICE ACTIVITY 1 — SKILLS INVENTORY</w:t>
      </w:r>
    </w:p>
    <w:p>
      <w:r>
        <w:t>List skills you can realistically contribute to a project. Include skills developed through education, work, volunteering, organizations, community activities, hobbies, or independent learning.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Skill / Capability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Where I developed it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Evidence / Example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Confidence (1–5)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</w:tbl>
    <w:p>
      <w:pPr>
        <w:pStyle w:val="Heading2"/>
      </w:pPr>
      <w:r>
        <w:t>Practice Reflection</w:t>
      </w:r>
    </w:p>
    <w:p>
      <w:r>
        <w:t>Which three skills could be most useful in a project you may develop?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PRACTICE ACTIVITY 2 — EXPERIENCE AS A PROJECT ASSET</w:t>
      </w:r>
    </w:p>
    <w:p>
      <w:r>
        <w:t>Review your experiences and identify how they could contribute context, credibility, relationships, or practical knowledge to a project.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Experience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What I learned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Useful project asset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How it could contribute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</w:tbl>
    <w:p>
      <w:pPr>
        <w:pStyle w:val="Heading2"/>
      </w:pPr>
      <w:r>
        <w:t>Experience-to-Contribution Reflection</w:t>
      </w:r>
    </w:p>
    <w:p>
      <w:r>
        <w:t>Which experience gives you the strongest foundation for a project possibility, and why?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PRACTICE ACTIVITY 3 — RESOURCES &amp; NETWORKS MAP</w:t>
      </w:r>
    </w:p>
    <w:p>
      <w:r>
        <w:t>Identify resources and relationships that could support a future project. Do not assume that every resource is already available; distinguish what you have from what you may need to obtain.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Resource / Network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What is available now?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Potential contribution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Access / next step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People / mentors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Organizations / partners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Equipment / technology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Spaces / facilities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Knowledge / information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Platforms / systems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Possible funding / support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</w:tbl>
    <w:p>
      <w:pPr>
        <w:pStyle w:val="Heading2"/>
      </w:pPr>
      <w:r>
        <w:t>Network Reflection</w:t>
      </w:r>
    </w:p>
    <w:p>
      <w:r>
        <w:t>Who could strengthen a project possibility that you could not realistically develop alone?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PRACTICE ACTIVITY 4 — CAPABILITY GAP CHECK</w:t>
      </w:r>
    </w:p>
    <w:p>
      <w:r>
        <w:t>A capability gap is not a reason to abandon a project. It is information that helps you decide what you need to learn, obtain, outsource, or address through collaboration.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Capability Needed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Do I have it?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If not, what is the gap?</w:t>
            </w:r>
          </w:p>
        </w:tc>
        <w:tc>
          <w:tcPr>
            <w:tcW w:type="dxa" w:w="2556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Possible response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Yes / Partly / No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Learn / Collaborate / Outsource / Obtain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Yes / Partly / No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Learn / Collaborate / Outsource / Obtain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Yes / Partly / No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Learn / Collaborate / Outsource / Obtain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Yes / Partly / No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Learn / Collaborate / Outsource / Obtain</w:t>
            </w:r>
          </w:p>
        </w:tc>
      </w:tr>
      <w:tr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Yes / Partly / No</w:t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2556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Learn / Collaborate / Outsource / Obtain</w:t>
            </w:r>
          </w:p>
        </w:tc>
      </w:tr>
    </w:tbl>
    <w:p>
      <w:pPr>
        <w:pStyle w:val="Heading2"/>
      </w:pPr>
      <w:r>
        <w:t>Gap Reflection</w:t>
      </w:r>
    </w:p>
    <w:p>
      <w:r>
        <w:t>Which capability gap should you address first, and why?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PRACTICE TOOL — PERSONAL PROJECT OPPORTUNITY MAP</w:t>
      </w:r>
    </w:p>
    <w:p>
      <w:r>
        <w:t>Connect your work from Modules 2 and 3. Generate 2–3 project possibilities without fully designing them. Identify your contribution and support gaps.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Interest</w:t>
            </w:r>
          </w:p>
        </w:tc>
        <w:tc>
          <w:tcPr>
            <w:tcW w:type="dxa" w:w="1704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Opportunity</w:t>
            </w:r>
          </w:p>
        </w:tc>
        <w:tc>
          <w:tcPr>
            <w:tcW w:type="dxa" w:w="1704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Skills / Experience</w:t>
            </w:r>
          </w:p>
        </w:tc>
        <w:tc>
          <w:tcPr>
            <w:tcW w:type="dxa" w:w="1704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Resources / Networks</w:t>
            </w:r>
          </w:p>
        </w:tc>
        <w:tc>
          <w:tcPr>
            <w:tcW w:type="dxa" w:w="1704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Possible Project Direction</w:t>
            </w:r>
          </w:p>
        </w:tc>
        <w:tc>
          <w:tcPr>
            <w:tcW w:type="dxa" w:w="1704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Support Needed</w:t>
            </w:r>
          </w:p>
        </w:tc>
      </w:tr>
      <w:tr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  <w:tr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  <w:tc>
          <w:tcPr>
            <w:tcW w:type="dxa" w:w="1704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</w:r>
          </w:p>
        </w:tc>
      </w:tr>
    </w:tbl>
    <w:p>
      <w:pPr>
        <w:pStyle w:val="Heading2"/>
      </w:pPr>
      <w:r>
        <w:t>Project Possibility Notes</w:t>
      </w:r>
    </w:p>
    <w:p>
      <w:r>
        <w:t>Possibility 1 — What makes this realistic based on what I can contribute?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t>Possibility 2 — What makes this realistic based on what I can contribute?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t>Possibility 3 — What makes this realistic based on what I can contribute?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FORMATIVE SELF-ASSESSMENT — 5 ITEMS</w:t>
      </w:r>
    </w:p>
    <w:p>
      <w:r>
        <w:rPr>
          <w:b/>
        </w:rPr>
        <w:t>1. Why connect skills to project possibilities?</w:t>
      </w:r>
    </w:p>
    <w:p>
      <w:r>
        <w:t>A. Ensure every project is done alone</w:t>
      </w:r>
    </w:p>
    <w:p>
      <w:r>
        <w:t>B. Understand what you can realistically contribute</w:t>
      </w:r>
    </w:p>
    <w:p>
      <w:r>
        <w:t>C. Avoid partnerships</w:t>
      </w:r>
    </w:p>
    <w:p>
      <w:r>
        <w:t>D. Guarantee funding</w:t>
      </w:r>
    </w:p>
    <w:p>
      <w:r>
        <w:rPr>
          <w:b/>
        </w:rPr>
        <w:t>2. Which is a project asset?</w:t>
      </w:r>
    </w:p>
    <w:p>
      <w:r>
        <w:t>A. Relevant experience and relationships</w:t>
      </w:r>
    </w:p>
    <w:p>
      <w:r>
        <w:t>B. A project title only</w:t>
      </w:r>
    </w:p>
    <w:p>
      <w:r>
        <w:t>C. An unverified assumption</w:t>
      </w:r>
    </w:p>
    <w:p>
      <w:r>
        <w:t>D. A random activity</w:t>
      </w:r>
    </w:p>
    <w:p>
      <w:r>
        <w:rPr>
          <w:b/>
        </w:rPr>
        <w:t>3. What if you lack an important capability?</w:t>
      </w:r>
    </w:p>
    <w:p>
      <w:r>
        <w:t>A. Abandon every project</w:t>
      </w:r>
    </w:p>
    <w:p>
      <w:r>
        <w:t>B. Hide the gap</w:t>
      </w:r>
    </w:p>
    <w:p>
      <w:r>
        <w:t>C. Identify learning, collaboration, outsourcing, or resource options</w:t>
      </w:r>
    </w:p>
    <w:p>
      <w:r>
        <w:t>D. Pretend it is unnecessary</w:t>
      </w:r>
    </w:p>
    <w:p>
      <w:r>
        <w:rPr>
          <w:b/>
        </w:rPr>
        <w:t>4. Which combination best generates a project possibility?</w:t>
      </w:r>
    </w:p>
    <w:p>
      <w:r>
        <w:t>A. Interest + observed opportunity + capability</w:t>
      </w:r>
    </w:p>
    <w:p>
      <w:r>
        <w:t>B. Logo + venue + certificate</w:t>
      </w:r>
    </w:p>
    <w:p>
      <w:r>
        <w:t>C. Budget + publicity + date</w:t>
      </w:r>
    </w:p>
    <w:p>
      <w:r>
        <w:t>D. Award + title + slogan</w:t>
      </w:r>
    </w:p>
    <w:p>
      <w:r>
        <w:rPr>
          <w:b/>
        </w:rPr>
        <w:t>5. Purpose of the Personal Project Opportunity Map?</w:t>
      </w:r>
    </w:p>
    <w:p>
      <w:r>
        <w:t>A. Final project proposal</w:t>
      </w:r>
    </w:p>
    <w:p>
      <w:r>
        <w:t>B. Connect interests, opportunities, capabilities, and support needs</w:t>
      </w:r>
    </w:p>
    <w:p>
      <w:r>
        <w:t>C. Measure final impact</w:t>
      </w:r>
    </w:p>
    <w:p>
      <w:r>
        <w:t>D. Evaluate completed projects</w:t>
      </w:r>
    </w:p>
    <w:p>
      <w:r>
        <w:t>SELF-CHECK SCORE: ______ / 5</w:t>
      </w:r>
    </w:p>
    <w:p>
      <w:r>
        <w:t>Guide: 5 = Ready to proceed | 4 = Proceed after reviewing one concept | 3 = Review the module | 0–2 = Revisit the lesson and practice tool.</w:t>
      </w:r>
    </w:p>
    <w:p>
      <w:r>
        <w:br w:type="page"/>
      </w:r>
    </w:p>
    <w:p>
      <w:pPr>
        <w:pStyle w:val="Heading1"/>
      </w:pPr>
      <w:r>
        <w:t>SELF-CHECK 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Item</w:t>
            </w:r>
          </w:p>
        </w:tc>
        <w:tc>
          <w:tcPr>
            <w:tcW w:type="dxa" w:w="3408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Answer</w:t>
            </w:r>
          </w:p>
        </w:tc>
        <w:tc>
          <w:tcPr>
            <w:tcW w:type="dxa" w:w="3408"/>
            <w:vAlign w:val="center"/>
            <w:shd w:fill="EAF6FF"/>
          </w:tcPr>
          <w:p>
            <w:r/>
            <w:r>
              <w:rPr>
                <w:rFonts w:ascii="Poppins" w:hAnsi="Poppins"/>
                <w:b/>
                <w:sz w:val="18"/>
              </w:rPr>
              <w:t>Explanation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1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B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Capability alignment clarifies realistic contribution.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2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A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Experience and relationships can strengthen project development.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3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C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Capability gaps can be addressed through learning or collaboration.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4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A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Interest, an observed opportunity, and capability create a grounded project possibility.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5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B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Poppins" w:hAnsi="Poppins"/>
                <w:b w:val="0"/>
                <w:sz w:val="18"/>
              </w:rPr>
              <w:t>The map connects the learner with opportunities and support needs.</w:t>
            </w:r>
          </w:p>
        </w:tc>
      </w:tr>
    </w:tbl>
    <w:p>
      <w:pPr>
        <w:pStyle w:val="Heading2"/>
      </w:pPr>
      <w:r>
        <w:t>SELF-CHECK REVIEW</w:t>
      </w:r>
    </w:p>
    <w:p>
      <w:r>
        <w:t>Review each item you missed. Return to the relevant section of the module and explain the concept in your own words before proceeding to Day 2.</w:t>
      </w:r>
    </w:p>
    <w:p>
      <w:r>
        <w:t>My score: ______ / 5</w:t>
      </w:r>
    </w:p>
    <w:p>
      <w:r>
        <w:t>What I need to review: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MODULE REFLECTION</w:t>
      </w:r>
    </w:p>
    <w:p>
      <w:r>
        <w:t>1. Which project possibility best connects your interests, opportunities, and capabilities?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t>2. What can you personally contribute?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t>3. What capability or resource gap requires another person or organization?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MODULE TAKEAWAY</w:t>
      </w:r>
    </w:p>
    <w:p>
      <w:r>
        <w:t>A promising project sits at the intersection of what matters to you, what needs attention around you, and what you can contribute—with support where needed.</w:t>
      </w:r>
    </w:p>
    <w:p>
      <w:pPr>
        <w:pStyle w:val="Heading1"/>
      </w:pPr>
      <w:r>
        <w:t>MODULE 4 COMPLETION CHECK</w:t>
      </w:r>
    </w:p>
    <w:p>
      <w:r>
        <w:t>☐ I inventoried relevant skills and capabilities.</w:t>
      </w:r>
    </w:p>
    <w:p>
      <w:r>
        <w:t>☐ I identified experiences that can serve as project assets.</w:t>
      </w:r>
    </w:p>
    <w:p>
      <w:r>
        <w:t>☐ I mapped resources and networks that may support a project.</w:t>
      </w:r>
    </w:p>
    <w:p>
      <w:r>
        <w:t>☐ I identified capability gaps and possible ways to address them.</w:t>
      </w:r>
    </w:p>
    <w:p>
      <w:r>
        <w:t>☐ I generated 2–3 realistic project possibilities.</w:t>
      </w:r>
    </w:p>
    <w:p>
      <w:r>
        <w:t>☐ I completed the Personal Project Opportunity Map.</w:t>
      </w:r>
    </w:p>
    <w:p>
      <w:r>
        <w:t>☐ I completed the 5-item formative self-assessment and self-check.</w:t>
      </w:r>
    </w:p>
    <w:p>
      <w:pPr>
        <w:pStyle w:val="Heading1"/>
      </w:pPr>
      <w:r>
        <w:t>READY FOR DAY 1 FINAL OUTPUT</w:t>
      </w:r>
    </w:p>
    <w:p>
      <w:r>
        <w:t>Use your Module 2 interests, Module 3 opportunities, and Module 4 capabilities to complete the Day 1 Project Interest Map. Select 1–3 possibilities for deeper problem investigation on Day 2. Do not write a full project proposal yet.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oppins" w:hAnsi="Poppi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