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10-DAY IMPACT PROJECT DEVELOPMENT COURSE</w:t>
      </w:r>
    </w:p>
    <w:p>
      <w:pPr>
        <w:jc w:val="center"/>
      </w:pPr>
      <w:r>
        <w:rPr>
          <w:b/>
          <w:sz w:val="44"/>
        </w:rPr>
        <w:t>MODULE 2 WORKBOOK</w:t>
        <w:br/>
        <w:t>FINDING YOUR INTERESTS</w:t>
      </w:r>
    </w:p>
    <w:p>
      <w:pPr>
        <w:jc w:val="center"/>
      </w:pPr>
      <w:r>
        <w:rPr>
          <w:i/>
        </w:rPr>
        <w:t>Discovering the topics, causes, experiences, values, and professional directions that can give you genuine motivation to develop a project.</w:t>
      </w:r>
    </w:p>
    <w:p>
      <w:r>
        <w:t>Learner Name: ______________________________________________</w:t>
      </w:r>
    </w:p>
    <w:p>
      <w:r>
        <w:t>Date Completed: __________________</w:t>
      </w:r>
    </w:p>
    <w:p>
      <w:pPr>
        <w:pStyle w:val="Heading1"/>
      </w:pPr>
      <w:r>
        <w:t>Module Purpose</w:t>
      </w:r>
    </w:p>
    <w:p>
      <w:r>
        <w:t>This module helps you look inward before deciding what project to develop. You will explore what naturally interests you, identify experiences that have shaped your attention and values, consider causes you care about, and connect your interests with your professional aspirations. The goal is not to finalize a project immediately, but to recognize patterns that can guide your project exploration.</w:t>
      </w:r>
    </w:p>
    <w:p>
      <w:pPr>
        <w:pStyle w:val="Heading1"/>
      </w:pPr>
      <w:r>
        <w:t>Learning Objectives</w:t>
      </w:r>
    </w:p>
    <w:p>
      <w:pPr>
        <w:pStyle w:val="ListBullet"/>
      </w:pPr>
      <w:r>
        <w:t>Identify personal interests and areas of curiosity.</w:t>
      </w:r>
    </w:p>
    <w:p>
      <w:pPr>
        <w:pStyle w:val="ListBullet"/>
      </w:pPr>
      <w:r>
        <w:t>Connect experiences and values to possible project themes.</w:t>
      </w:r>
    </w:p>
    <w:p>
      <w:pPr>
        <w:pStyle w:val="ListBullet"/>
      </w:pPr>
      <w:r>
        <w:t>Recognize links between project interests and professional development.</w:t>
      </w:r>
    </w:p>
    <w:p>
      <w:pPr>
        <w:pStyle w:val="ListBullet"/>
      </w:pPr>
      <w:r>
        <w:t>Produce a Personal Interest Profile.</w:t>
      </w:r>
    </w:p>
    <w:p>
      <w:pPr>
        <w:pStyle w:val="Heading1"/>
      </w:pPr>
      <w:r>
        <w:t>Module Content</w:t>
      </w:r>
    </w:p>
    <w:p>
      <w:pPr>
        <w:pStyle w:val="Heading2"/>
      </w:pPr>
      <w:r>
        <w:t>1. What Are You Curious About?</w:t>
      </w:r>
    </w:p>
    <w:p>
      <w:r>
        <w:t>List subjects, questions, technologies, communities, problems, or practices you naturally want to learn more about. Pay attention to topics that repeatedly attract your attention, questions, effort, or willingness to learn.</w:t>
      </w:r>
    </w:p>
    <w:p>
      <w:pPr>
        <w:pStyle w:val="Heading2"/>
      </w:pPr>
      <w:r>
        <w:t>2. What Experiences Have Shaped Your Interests?</w:t>
      </w:r>
    </w:p>
    <w:p>
      <w:r>
        <w:t>Academic, professional, volunteer, organizational, and community experiences can reveal recurring themes in what matters to you. Look back at experiences that made you curious, challenged you, gave you satisfaction, or made you want to see something improved.</w:t>
      </w:r>
    </w:p>
    <w:p>
      <w:pPr>
        <w:pStyle w:val="Heading2"/>
      </w:pPr>
      <w:r>
        <w:t>3. What Causes Do You Care About?</w:t>
      </w:r>
    </w:p>
    <w:p>
      <w:r>
        <w:t>Consider changes you would like to see in people, organizations, education, business, technology, public service, communities, or the environment. You are not required to select a cause immediately. The purpose is to identify areas that genuinely matter to you.</w:t>
      </w:r>
    </w:p>
    <w:p>
      <w:pPr>
        <w:pStyle w:val="Heading2"/>
      </w:pPr>
      <w:r>
        <w:t>4. Where Do Your Professional Aspirations Lead?</w:t>
      </w:r>
    </w:p>
    <w:p>
      <w:r>
        <w:t>A project can become a learning laboratory for your career. Consider competencies you want to develop and fields where you want more experience. A project interest may connect with the kind of work, leadership, technical skills, or professional contribution you want to pursue.</w:t>
      </w:r>
    </w:p>
    <w:p>
      <w:pPr>
        <w:pStyle w:val="Heading1"/>
      </w:pPr>
      <w:r>
        <w:t>Practice Tool — Interest Discovery</w:t>
      </w:r>
    </w:p>
    <w:p>
      <w:r>
        <w:t>Complete the prompts honestly. Do not force every answer into a project proposal; look for patterns in what attracts your attention and effort.</w:t>
      </w:r>
    </w:p>
    <w:tbl>
      <w:tblPr>
        <w:tblW w:type="auto" w:w="0"/>
        <w:jc w:val="center"/>
        <w:tblLook w:firstColumn="1" w:firstRow="1" w:lastColumn="0" w:lastRow="0" w:noHBand="0" w:noVBand="1" w:val="04A0"/>
      </w:tblPr>
      <w:tblGrid>
        <w:gridCol w:w="2556"/>
        <w:gridCol w:w="2556"/>
        <w:gridCol w:w="2556"/>
        <w:gridCol w:w="2556"/>
      </w:tblGrid>
      <w:tr>
        <w:tc>
          <w:tcPr>
            <w:tcW w:type="dxa" w:w="2556"/>
          </w:tcPr>
          <w:p>
            <w:r>
              <w:rPr>
                <w:b/>
              </w:rPr>
              <w:t>Interest / Theme</w:t>
            </w:r>
          </w:p>
        </w:tc>
        <w:tc>
          <w:tcPr>
            <w:tcW w:type="dxa" w:w="2556"/>
          </w:tcPr>
          <w:p>
            <w:r>
              <w:rPr>
                <w:b/>
              </w:rPr>
              <w:t>Why it matters</w:t>
            </w:r>
          </w:p>
        </w:tc>
        <w:tc>
          <w:tcPr>
            <w:tcW w:type="dxa" w:w="2556"/>
          </w:tcPr>
          <w:p>
            <w:r>
              <w:rPr>
                <w:b/>
              </w:rPr>
              <w:t>Experience / Evidence</w:t>
            </w:r>
          </w:p>
        </w:tc>
        <w:tc>
          <w:tcPr>
            <w:tcW w:type="dxa" w:w="2556"/>
          </w:tcPr>
          <w:p>
            <w:r>
              <w:rPr>
                <w:b/>
              </w:rPr>
              <w:t>Possible area to explore</w:t>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r>
        <w:tc>
          <w:tcPr>
            <w:tcW w:type="dxa" w:w="2556"/>
          </w:tcPr>
          <w:p>
            <w:r>
              <w:br/>
              <w:br/>
            </w:r>
          </w:p>
        </w:tc>
        <w:tc>
          <w:tcPr>
            <w:tcW w:type="dxa" w:w="2556"/>
          </w:tcPr>
          <w:p>
            <w:r>
              <w:br/>
              <w:br/>
            </w:r>
          </w:p>
        </w:tc>
        <w:tc>
          <w:tcPr>
            <w:tcW w:type="dxa" w:w="2556"/>
          </w:tcPr>
          <w:p>
            <w:r>
              <w:br/>
              <w:br/>
            </w:r>
          </w:p>
        </w:tc>
        <w:tc>
          <w:tcPr>
            <w:tcW w:type="dxa" w:w="2556"/>
          </w:tcPr>
          <w:p>
            <w:r>
              <w:br/>
              <w:br/>
            </w:r>
          </w:p>
        </w:tc>
      </w:tr>
    </w:tbl>
    <w:p>
      <w:pPr>
        <w:pStyle w:val="Heading1"/>
      </w:pPr>
      <w:r>
        <w:t>Activity 1 — Curiosity Inventory</w:t>
      </w:r>
    </w:p>
    <w:p>
      <w:r>
        <w:t>What topics can you spend time learning about without being forced?</w:t>
      </w:r>
    </w:p>
    <w:p>
      <w:r>
        <w:t>________________________________________________________________________________</w:t>
      </w:r>
    </w:p>
    <w:p>
      <w:r>
        <w:t>________________________________________________________________________________</w:t>
      </w:r>
    </w:p>
    <w:p>
      <w:r>
        <w:t>What problems or questions keep coming back to your attention?</w:t>
      </w:r>
    </w:p>
    <w:p>
      <w:r>
        <w:t>________________________________________________________________________________</w:t>
      </w:r>
    </w:p>
    <w:p>
      <w:r>
        <w:t>________________________________________________________________________________</w:t>
      </w:r>
    </w:p>
    <w:p>
      <w:r>
        <w:t>What communities, groups, fields, or practices would you like to understand better?</w:t>
      </w:r>
    </w:p>
    <w:p>
      <w:r>
        <w:t>________________________________________________________________________________</w:t>
      </w:r>
    </w:p>
    <w:p>
      <w:r>
        <w:t>________________________________________________________________________________</w:t>
      </w:r>
    </w:p>
    <w:p>
      <w:r>
        <w:t>What skills or subjects are you curious to explore further?</w:t>
      </w:r>
    </w:p>
    <w:p>
      <w:r>
        <w:t>________________________________________________________________________________</w:t>
      </w:r>
    </w:p>
    <w:p>
      <w:r>
        <w:t>________________________________________________________________________________</w:t>
      </w:r>
    </w:p>
    <w:p>
      <w:pPr>
        <w:pStyle w:val="Heading1"/>
      </w:pPr>
      <w:r>
        <w:t>Activity 2 — Experience-to-Interest Reflection</w:t>
      </w:r>
    </w:p>
    <w:tbl>
      <w:tblPr>
        <w:tblW w:type="auto" w:w="0"/>
        <w:jc w:val="center"/>
        <w:tblLook w:firstColumn="1" w:firstRow="1" w:lastColumn="0" w:lastRow="0" w:noHBand="0" w:noVBand="1" w:val="04A0"/>
      </w:tblPr>
      <w:tblGrid>
        <w:gridCol w:w="3408"/>
        <w:gridCol w:w="3408"/>
        <w:gridCol w:w="3408"/>
      </w:tblGrid>
      <w:tr>
        <w:tc>
          <w:tcPr>
            <w:tcW w:type="dxa" w:w="3408"/>
          </w:tcPr>
          <w:p>
            <w:r>
              <w:rPr>
                <w:b/>
              </w:rPr>
              <w:t>Experience</w:t>
            </w:r>
          </w:p>
        </w:tc>
        <w:tc>
          <w:tcPr>
            <w:tcW w:type="dxa" w:w="3408"/>
          </w:tcPr>
          <w:p>
            <w:r>
              <w:rPr>
                <w:b/>
              </w:rPr>
              <w:t>What did it teach/show me?</w:t>
            </w:r>
          </w:p>
        </w:tc>
        <w:tc>
          <w:tcPr>
            <w:tcW w:type="dxa" w:w="3408"/>
          </w:tcPr>
          <w:p>
            <w:r>
              <w:rPr>
                <w:b/>
              </w:rPr>
              <w:t>Interest or theme it revealed</w:t>
            </w:r>
          </w:p>
        </w:tc>
      </w:tr>
      <w:tr>
        <w:tc>
          <w:tcPr>
            <w:tcW w:type="dxa" w:w="3408"/>
          </w:tcPr>
          <w:p>
            <w:r>
              <w:br/>
              <w:br/>
            </w:r>
          </w:p>
        </w:tc>
        <w:tc>
          <w:tcPr>
            <w:tcW w:type="dxa" w:w="3408"/>
          </w:tcPr>
          <w:p>
            <w:r>
              <w:br/>
              <w:br/>
            </w:r>
          </w:p>
        </w:tc>
        <w:tc>
          <w:tcPr>
            <w:tcW w:type="dxa" w:w="3408"/>
          </w:tcPr>
          <w:p>
            <w:r>
              <w:br/>
              <w:br/>
            </w:r>
          </w:p>
        </w:tc>
      </w:tr>
      <w:tr>
        <w:tc>
          <w:tcPr>
            <w:tcW w:type="dxa" w:w="3408"/>
          </w:tcPr>
          <w:p>
            <w:r>
              <w:br/>
              <w:br/>
            </w:r>
          </w:p>
        </w:tc>
        <w:tc>
          <w:tcPr>
            <w:tcW w:type="dxa" w:w="3408"/>
          </w:tcPr>
          <w:p>
            <w:r>
              <w:br/>
              <w:br/>
            </w:r>
          </w:p>
        </w:tc>
        <w:tc>
          <w:tcPr>
            <w:tcW w:type="dxa" w:w="3408"/>
          </w:tcPr>
          <w:p>
            <w:r>
              <w:br/>
              <w:br/>
            </w:r>
          </w:p>
        </w:tc>
      </w:tr>
      <w:tr>
        <w:tc>
          <w:tcPr>
            <w:tcW w:type="dxa" w:w="3408"/>
          </w:tcPr>
          <w:p>
            <w:r>
              <w:br/>
              <w:br/>
            </w:r>
          </w:p>
        </w:tc>
        <w:tc>
          <w:tcPr>
            <w:tcW w:type="dxa" w:w="3408"/>
          </w:tcPr>
          <w:p>
            <w:r>
              <w:br/>
              <w:br/>
            </w:r>
          </w:p>
        </w:tc>
        <w:tc>
          <w:tcPr>
            <w:tcW w:type="dxa" w:w="3408"/>
          </w:tcPr>
          <w:p>
            <w:r>
              <w:br/>
              <w:br/>
            </w:r>
          </w:p>
        </w:tc>
      </w:tr>
      <w:tr>
        <w:tc>
          <w:tcPr>
            <w:tcW w:type="dxa" w:w="3408"/>
          </w:tcPr>
          <w:p>
            <w:r>
              <w:br/>
              <w:br/>
            </w:r>
          </w:p>
        </w:tc>
        <w:tc>
          <w:tcPr>
            <w:tcW w:type="dxa" w:w="3408"/>
          </w:tcPr>
          <w:p>
            <w:r>
              <w:br/>
              <w:br/>
            </w:r>
          </w:p>
        </w:tc>
        <w:tc>
          <w:tcPr>
            <w:tcW w:type="dxa" w:w="3408"/>
          </w:tcPr>
          <w:p>
            <w:r>
              <w:br/>
              <w:br/>
            </w:r>
          </w:p>
        </w:tc>
      </w:tr>
    </w:tbl>
    <w:p>
      <w:pPr>
        <w:pStyle w:val="Heading1"/>
      </w:pPr>
      <w:r>
        <w:t>Activity 3 — Causes &amp; Professional Direction</w:t>
      </w:r>
    </w:p>
    <w:p>
      <w:r>
        <w:t>What change would you genuinely like to see in people, organizations, education, business, technology, public service, communities, or the environment?</w:t>
      </w:r>
    </w:p>
    <w:p>
      <w:r>
        <w:t>________________________________________________________________________________</w:t>
      </w:r>
    </w:p>
    <w:p>
      <w:r>
        <w:t>________________________________________________________________________________</w:t>
      </w:r>
    </w:p>
    <w:p>
      <w:r>
        <w:t>What professional competencies do you want to strengthen?</w:t>
      </w:r>
    </w:p>
    <w:p>
      <w:r>
        <w:t>________________________________________________________________________________</w:t>
      </w:r>
    </w:p>
    <w:p>
      <w:r>
        <w:t>________________________________________________________________________________</w:t>
      </w:r>
    </w:p>
    <w:p>
      <w:r>
        <w:t>What fields or roles would you like to understand through practical experience?</w:t>
      </w:r>
    </w:p>
    <w:p>
      <w:r>
        <w:t>________________________________________________________________________________</w:t>
      </w:r>
    </w:p>
    <w:p>
      <w:r>
        <w:t>________________________________________________________________________________</w:t>
      </w:r>
    </w:p>
    <w:p>
      <w:r>
        <w:t>How could a future project help you develop professionally while creating value for others?</w:t>
      </w:r>
    </w:p>
    <w:p>
      <w:r>
        <w:t>________________________________________________________________________________</w:t>
      </w:r>
    </w:p>
    <w:p>
      <w:r>
        <w:t>________________________________________________________________________________</w:t>
      </w:r>
    </w:p>
    <w:p>
      <w:pPr>
        <w:pStyle w:val="Heading1"/>
      </w:pPr>
      <w:r>
        <w:t>Personal Interest Profile</w:t>
      </w:r>
    </w:p>
    <w:p>
      <w:r>
        <w:t>Summarize the patterns you discovered. You do not need to name a final project.</w:t>
      </w:r>
    </w:p>
    <w:p>
      <w:r>
        <w:t>My strongest interests/themes are:</w:t>
      </w:r>
    </w:p>
    <w:p>
      <w:r>
        <w:t>________________________________________________________________________________</w:t>
      </w:r>
    </w:p>
    <w:p>
      <w:r>
        <w:t>I am especially curious about:</w:t>
      </w:r>
    </w:p>
    <w:p>
      <w:r>
        <w:t>________________________________________________________________________________</w:t>
      </w:r>
    </w:p>
    <w:p>
      <w:r>
        <w:t>Experiences that shaped these interests include:</w:t>
      </w:r>
    </w:p>
    <w:p>
      <w:r>
        <w:t>________________________________________________________________________________</w:t>
      </w:r>
    </w:p>
    <w:p>
      <w:r>
        <w:t>Causes or changes that matter to me include:</w:t>
      </w:r>
    </w:p>
    <w:p>
      <w:r>
        <w:t>________________________________________________________________________________</w:t>
      </w:r>
    </w:p>
    <w:p>
      <w:r>
        <w:t>Professional skills/fields I want to develop:</w:t>
      </w:r>
    </w:p>
    <w:p>
      <w:r>
        <w:t>________________________________________________________________________________</w:t>
      </w:r>
    </w:p>
    <w:p>
      <w:r>
        <w:t>Possible project areas I want to explore further:</w:t>
      </w:r>
    </w:p>
    <w:p>
      <w:r>
        <w:t>________________________________________________________________________________</w:t>
      </w:r>
    </w:p>
    <w:p>
      <w:pPr>
        <w:pStyle w:val="Heading1"/>
      </w:pPr>
      <w:r>
        <w:t>Formative Self-Assessment — 5 Items</w:t>
      </w:r>
    </w:p>
    <w:p>
      <w:r>
        <w:rPr>
          <w:b/>
        </w:rPr>
        <w:t>1. What is the main purpose of interest discovery?</w:t>
      </w:r>
    </w:p>
    <w:p>
      <w:pPr>
        <w:pStyle w:val="ListBullet2"/>
      </w:pPr>
      <w:r>
        <w:t>A. Finalize a project immediately</w:t>
      </w:r>
    </w:p>
    <w:p>
      <w:pPr>
        <w:pStyle w:val="ListBullet2"/>
      </w:pPr>
      <w:r>
        <w:t>B. Identify themes that genuinely attract attention and motivation</w:t>
      </w:r>
    </w:p>
    <w:p>
      <w:pPr>
        <w:pStyle w:val="ListBullet2"/>
      </w:pPr>
      <w:r>
        <w:t>C. Calculate a budget</w:t>
      </w:r>
    </w:p>
    <w:p>
      <w:pPr>
        <w:pStyle w:val="ListBullet2"/>
      </w:pPr>
      <w:r>
        <w:t>D. Identify risks</w:t>
      </w:r>
    </w:p>
    <w:p>
      <w:r>
        <w:t>Answer: __________</w:t>
      </w:r>
    </w:p>
    <w:p>
      <w:r>
        <w:rPr>
          <w:b/>
        </w:rPr>
        <w:t>2. Which prompt best explores personal motivation?</w:t>
      </w:r>
    </w:p>
    <w:p>
      <w:pPr>
        <w:pStyle w:val="ListBullet2"/>
      </w:pPr>
      <w:r>
        <w:t>A. What is the cheapest project?</w:t>
      </w:r>
    </w:p>
    <w:p>
      <w:pPr>
        <w:pStyle w:val="ListBullet2"/>
      </w:pPr>
      <w:r>
        <w:t>B. What topic do I genuinely care about?</w:t>
      </w:r>
    </w:p>
    <w:p>
      <w:pPr>
        <w:pStyle w:val="ListBullet2"/>
      </w:pPr>
      <w:r>
        <w:t>C. Which project has the most activities?</w:t>
      </w:r>
    </w:p>
    <w:p>
      <w:pPr>
        <w:pStyle w:val="ListBullet2"/>
      </w:pPr>
      <w:r>
        <w:t>D. What finishes fastest?</w:t>
      </w:r>
    </w:p>
    <w:p>
      <w:r>
        <w:t>Answer: __________</w:t>
      </w:r>
    </w:p>
    <w:p>
      <w:r>
        <w:rPr>
          <w:b/>
        </w:rPr>
        <w:t>3. Why examine experiences?</w:t>
      </w:r>
    </w:p>
    <w:p>
      <w:pPr>
        <w:pStyle w:val="ListBullet2"/>
      </w:pPr>
      <w:r>
        <w:t>A. They reveal patterns in what shaped your attention and values</w:t>
      </w:r>
    </w:p>
    <w:p>
      <w:pPr>
        <w:pStyle w:val="ListBullet2"/>
      </w:pPr>
      <w:r>
        <w:t>B. They guarantee success</w:t>
      </w:r>
    </w:p>
    <w:p>
      <w:pPr>
        <w:pStyle w:val="ListBullet2"/>
      </w:pPr>
      <w:r>
        <w:t>C. They remove the need for research</w:t>
      </w:r>
    </w:p>
    <w:p>
      <w:pPr>
        <w:pStyle w:val="ListBullet2"/>
      </w:pPr>
      <w:r>
        <w:t>D. They determine the budget</w:t>
      </w:r>
    </w:p>
    <w:p>
      <w:r>
        <w:t>Answer: __________</w:t>
      </w:r>
    </w:p>
    <w:p>
      <w:r>
        <w:rPr>
          <w:b/>
        </w:rPr>
        <w:t>4. Which is an appropriate Module 2 output?</w:t>
      </w:r>
    </w:p>
    <w:p>
      <w:pPr>
        <w:pStyle w:val="ListBullet2"/>
      </w:pPr>
      <w:r>
        <w:t>A. Final schedule</w:t>
      </w:r>
    </w:p>
    <w:p>
      <w:pPr>
        <w:pStyle w:val="ListBullet2"/>
      </w:pPr>
      <w:r>
        <w:t>B. Personal Interest Profile</w:t>
      </w:r>
    </w:p>
    <w:p>
      <w:pPr>
        <w:pStyle w:val="ListBullet2"/>
      </w:pPr>
      <w:r>
        <w:t>C. Risk register</w:t>
      </w:r>
    </w:p>
    <w:p>
      <w:pPr>
        <w:pStyle w:val="ListBullet2"/>
      </w:pPr>
      <w:r>
        <w:t>D. Monitoring dashboard</w:t>
      </w:r>
    </w:p>
    <w:p>
      <w:r>
        <w:t>Answer: __________</w:t>
      </w:r>
    </w:p>
    <w:p>
      <w:r>
        <w:rPr>
          <w:b/>
        </w:rPr>
        <w:t>5. Which statement fits this stage?</w:t>
      </w:r>
    </w:p>
    <w:p>
      <w:pPr>
        <w:pStyle w:val="ListBullet2"/>
      </w:pPr>
      <w:r>
        <w:t>A. I must know the exact solution</w:t>
      </w:r>
    </w:p>
    <w:p>
      <w:pPr>
        <w:pStyle w:val="ListBullet2"/>
      </w:pPr>
      <w:r>
        <w:t>B. I should explore what matters to me before narrowing the project</w:t>
      </w:r>
    </w:p>
    <w:p>
      <w:pPr>
        <w:pStyle w:val="ListBullet2"/>
      </w:pPr>
      <w:r>
        <w:t>C. I should write the full proposal</w:t>
      </w:r>
    </w:p>
    <w:p>
      <w:pPr>
        <w:pStyle w:val="ListBullet2"/>
      </w:pPr>
      <w:r>
        <w:t>D. I should select only a popular project</w:t>
      </w:r>
    </w:p>
    <w:p>
      <w:r>
        <w:t>Answer: __________</w:t>
      </w:r>
    </w:p>
    <w:p>
      <w:pPr>
        <w:pStyle w:val="Heading1"/>
      </w:pPr>
      <w:r>
        <w:t>Self-Check</w:t>
      </w:r>
    </w:p>
    <w:p>
      <w:r>
        <w:t>Score: ______ / 5</w:t>
      </w:r>
    </w:p>
    <w:p>
      <w:r>
        <w:t>Guide: 5 = Ready to proceed | 4 = Proceed after reviewing one concept | 3 = Review the module | 0–2 = Revisit the lesson and practice tool.</w:t>
      </w:r>
    </w:p>
    <w:p>
      <w:pPr>
        <w:pStyle w:val="Heading1"/>
      </w:pPr>
      <w:r>
        <w:t>Self-Check Answer Key</w:t>
      </w:r>
    </w:p>
    <w:p>
      <w:r>
        <w:rPr>
          <w:b/>
        </w:rPr>
        <w:t xml:space="preserve">1. B — </w:t>
      </w:r>
      <w:r>
        <w:t>The module begins with genuine curiosity and motivation.</w:t>
      </w:r>
    </w:p>
    <w:p>
      <w:r>
        <w:rPr>
          <w:b/>
        </w:rPr>
        <w:t xml:space="preserve">2. B — </w:t>
      </w:r>
      <w:r>
        <w:t>Personal care and curiosity reveal authentic themes.</w:t>
      </w:r>
    </w:p>
    <w:p>
      <w:r>
        <w:rPr>
          <w:b/>
        </w:rPr>
        <w:t xml:space="preserve">3. A — </w:t>
      </w:r>
      <w:r>
        <w:t>Experiences can reveal recurring interests and values.</w:t>
      </w:r>
    </w:p>
    <w:p>
      <w:r>
        <w:rPr>
          <w:b/>
        </w:rPr>
        <w:t xml:space="preserve">4. B — </w:t>
      </w:r>
      <w:r>
        <w:t>The module produces a Personal Interest Profile.</w:t>
      </w:r>
    </w:p>
    <w:p>
      <w:r>
        <w:rPr>
          <w:b/>
        </w:rPr>
        <w:t xml:space="preserve">5. B — </w:t>
      </w:r>
      <w:r>
        <w:t>Exploration precedes narrowing and project design.</w:t>
      </w:r>
    </w:p>
    <w:p>
      <w:pPr>
        <w:pStyle w:val="Heading1"/>
      </w:pPr>
      <w:r>
        <w:t>Module Reflection</w:t>
      </w:r>
    </w:p>
    <w:p>
      <w:r>
        <w:rPr>
          <w:b/>
        </w:rPr>
        <w:t>What themes repeatedly appeared in your answers?</w:t>
      </w:r>
    </w:p>
    <w:p>
      <w:r>
        <w:t>________________________________________________________________________________</w:t>
      </w:r>
    </w:p>
    <w:p>
      <w:r>
        <w:t>________________________________________________________________________________</w:t>
      </w:r>
    </w:p>
    <w:p>
      <w:r>
        <w:rPr>
          <w:b/>
        </w:rPr>
        <w:t>Which interest feels strongest and why?</w:t>
      </w:r>
    </w:p>
    <w:p>
      <w:r>
        <w:t>________________________________________________________________________________</w:t>
      </w:r>
    </w:p>
    <w:p>
      <w:r>
        <w:t>________________________________________________________________________________</w:t>
      </w:r>
    </w:p>
    <w:p>
      <w:r>
        <w:rPr>
          <w:b/>
        </w:rPr>
        <w:t>How could a project help you develop professionally while creating value for others?</w:t>
      </w:r>
    </w:p>
    <w:p>
      <w:r>
        <w:t>________________________________________________________________________________</w:t>
      </w:r>
    </w:p>
    <w:p>
      <w:r>
        <w:t>________________________________________________________________________________</w:t>
      </w:r>
    </w:p>
    <w:p>
      <w:pPr>
        <w:pStyle w:val="Heading1"/>
      </w:pPr>
      <w:r>
        <w:t>Module Takeaway</w:t>
      </w:r>
    </w:p>
    <w:p>
      <w:r>
        <w:t>Good project direction often starts with genuine interest. Knowing what you care about helps sustain effort and provides a meaningful basis for exploration.</w:t>
      </w:r>
    </w:p>
    <w:p>
      <w:pPr>
        <w:pStyle w:val="Heading1"/>
      </w:pPr>
      <w:r>
        <w:t>Module Completion Checklist</w:t>
      </w:r>
    </w:p>
    <w:p>
      <w:r>
        <w:t>☐ I identified topics and questions that genuinely interest me.</w:t>
      </w:r>
    </w:p>
    <w:p>
      <w:r>
        <w:t>☐ I reflected on experiences that shaped my interests.</w:t>
      </w:r>
    </w:p>
    <w:p>
      <w:r>
        <w:t>☐ I identified causes or areas of change that matter to me.</w:t>
      </w:r>
    </w:p>
    <w:p>
      <w:r>
        <w:t>☐ I connected my interests with professional development.</w:t>
      </w:r>
    </w:p>
    <w:p>
      <w:r>
        <w:t>☐ I completed my Personal Interest Profile without prematurely finalizing a project.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