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10-DAY IMPACT PROJECT DEVELOPMENT COURSE</w:t>
      </w:r>
    </w:p>
    <w:p>
      <w:pPr>
        <w:jc w:val="center"/>
      </w:pPr>
      <w:r>
        <w:rPr>
          <w:b/>
          <w:sz w:val="44"/>
        </w:rPr>
        <w:t>MODULE 1 WORKBOOK</w:t>
        <w:br/>
        <w:t>WHAT MAKES A PROJECT IMPACTFUL?</w:t>
      </w:r>
    </w:p>
    <w:p>
      <w:pPr>
        <w:jc w:val="center"/>
      </w:pPr>
      <w:r>
        <w:rPr>
          <w:i/>
        </w:rPr>
        <w:t>Understanding the difference between simply doing an activity and developing a project that creates meaningful, demonstrable change.</w:t>
      </w:r>
    </w:p>
    <w:p>
      <w:r>
        <w:t>Learner Name: ______________________________________________</w:t>
      </w:r>
    </w:p>
    <w:p>
      <w:r>
        <w:t>Date Completed: __________________</w:t>
      </w:r>
    </w:p>
    <w:p>
      <w:pPr>
        <w:pStyle w:val="Heading1"/>
      </w:pPr>
      <w:r>
        <w:t>Learning Objectives</w:t>
      </w:r>
    </w:p>
    <w:p>
      <w:pPr>
        <w:pStyle w:val="ListBullet"/>
      </w:pPr>
      <w:r>
        <w:t>Distinguish an activity from a project.</w:t>
      </w:r>
    </w:p>
    <w:p>
      <w:pPr>
        <w:pStyle w:val="ListBullet"/>
      </w:pPr>
      <w:r>
        <w:t>Explain impact through relevance, value, results, evidence, and sustainability.</w:t>
      </w:r>
    </w:p>
    <w:p>
      <w:pPr>
        <w:pStyle w:val="ListBullet"/>
      </w:pPr>
      <w:r>
        <w:t>Apply an impact lens to an existing activity.</w:t>
      </w:r>
    </w:p>
    <w:p>
      <w:pPr>
        <w:pStyle w:val="ListBullet"/>
      </w:pPr>
      <w:r>
        <w:t>Identify improvements that move an activity toward meaningful results.</w:t>
      </w:r>
    </w:p>
    <w:p>
      <w:pPr>
        <w:pStyle w:val="Heading1"/>
      </w:pPr>
      <w:r>
        <w:t>Module Content</w:t>
      </w:r>
    </w:p>
    <w:p>
      <w:pPr>
        <w:pStyle w:val="Heading2"/>
      </w:pPr>
      <w:r>
        <w:t>1. Activity vs. Project</w:t>
      </w:r>
    </w:p>
    <w:p>
      <w:r>
        <w:t>An activity is something people do. A project organizes activities toward a defined purpose, beneficiaries, outputs, timeline, resources, and intended results. A busy or popular event can still have limited lasting value.</w:t>
      </w:r>
    </w:p>
    <w:p>
      <w:pPr>
        <w:pStyle w:val="Heading2"/>
      </w:pPr>
      <w:r>
        <w:t>2. What Does “Impact” Mean?</w:t>
      </w:r>
    </w:p>
    <w:p>
      <w:r>
        <w:t>Impact is meaningful change associated with an intervention. Attendance, completion, or publicity may show delivery, but they do not automatically prove impact.</w:t>
      </w:r>
    </w:p>
    <w:p>
      <w:pPr>
        <w:pStyle w:val="Heading2"/>
      </w:pPr>
      <w:r>
        <w:t>3. Five Foundations of an Impactful Project</w:t>
      </w:r>
    </w:p>
    <w:p>
      <w:r>
        <w:rPr>
          <w:b/>
        </w:rPr>
        <w:t xml:space="preserve">Relevance: </w:t>
      </w:r>
      <w:r>
        <w:t>addresses a meaningful need.</w:t>
      </w:r>
    </w:p>
    <w:p>
      <w:r>
        <w:rPr>
          <w:b/>
        </w:rPr>
        <w:t xml:space="preserve">Value: </w:t>
      </w:r>
      <w:r>
        <w:t>creates useful benefit.</w:t>
      </w:r>
    </w:p>
    <w:p>
      <w:r>
        <w:rPr>
          <w:b/>
        </w:rPr>
        <w:t xml:space="preserve">Results: </w:t>
      </w:r>
      <w:r>
        <w:t>produces intended change.</w:t>
      </w:r>
    </w:p>
    <w:p>
      <w:r>
        <w:rPr>
          <w:b/>
        </w:rPr>
        <w:t xml:space="preserve">Evidence: </w:t>
      </w:r>
      <w:r>
        <w:t>demonstrates what happened.</w:t>
      </w:r>
    </w:p>
    <w:p>
      <w:r>
        <w:rPr>
          <w:b/>
        </w:rPr>
        <w:t xml:space="preserve">Sustainability: </w:t>
      </w:r>
      <w:r>
        <w:t>considers whether benefits can continue.</w:t>
      </w:r>
    </w:p>
    <w:p>
      <w:pPr>
        <w:pStyle w:val="Heading2"/>
      </w:pPr>
      <w:r>
        <w:t>4. From Activity to Impact</w:t>
      </w:r>
    </w:p>
    <w:p>
      <w:r>
        <w:t>Shift from “What will we conduct?” to “What change are we trying to create, for whom, and how will we know?”</w:t>
      </w:r>
    </w:p>
    <w:p>
      <w:pPr>
        <w:pStyle w:val="Heading1"/>
      </w:pPr>
      <w:r>
        <w:t>Practice Tool — Impact Detective</w:t>
      </w:r>
    </w:p>
    <w:p>
      <w:r>
        <w:t>Choose 2–3 activities you know or can imagine. Analyze them, then redesign one by strengthening its intended result and evidence.</w:t>
      </w:r>
    </w:p>
    <w:p>
      <w:r>
        <w:t>Activity/Project 1: ______________________________________________</w:t>
      </w:r>
    </w:p>
    <w:p>
      <w:r>
        <w:t>Who benefits?: ______________________________________________________________</w:t>
      </w:r>
    </w:p>
    <w:p>
      <w:r>
        <w:t>What need is addressed?: ______________________________________________________________</w:t>
      </w:r>
    </w:p>
    <w:p>
      <w:r>
        <w:t>What is the intended result?: ______________________________________________________________</w:t>
      </w:r>
    </w:p>
    <w:p>
      <w:r>
        <w:t>What evidence could demonstrate it?: ______________________________________________________________</w:t>
      </w:r>
    </w:p>
    <w:p>
      <w:r>
        <w:t>How could the benefit continue?: ______________________________________________________________</w:t>
      </w:r>
    </w:p>
    <w:p>
      <w:r>
        <w:t>Activity/Project 2: ______________________________________________</w:t>
      </w:r>
    </w:p>
    <w:p>
      <w:r>
        <w:t>Who benefits?: ______________________________________________________________</w:t>
      </w:r>
    </w:p>
    <w:p>
      <w:r>
        <w:t>What need is addressed?: ______________________________________________________________</w:t>
      </w:r>
    </w:p>
    <w:p>
      <w:r>
        <w:t>What is the intended result?: ______________________________________________________________</w:t>
      </w:r>
    </w:p>
    <w:p>
      <w:r>
        <w:t>What evidence could demonstrate it?: ______________________________________________________________</w:t>
      </w:r>
    </w:p>
    <w:p>
      <w:r>
        <w:t>How could the benefit continue?: ______________________________________________________________</w:t>
      </w:r>
    </w:p>
    <w:p>
      <w:r>
        <w:t>Activity/Project 3: ______________________________________________</w:t>
      </w:r>
    </w:p>
    <w:p>
      <w:r>
        <w:t>Who benefits?: ______________________________________________________________</w:t>
      </w:r>
    </w:p>
    <w:p>
      <w:r>
        <w:t>What need is addressed?: ______________________________________________________________</w:t>
      </w:r>
    </w:p>
    <w:p>
      <w:r>
        <w:t>What is the intended result?: ______________________________________________________________</w:t>
      </w:r>
    </w:p>
    <w:p>
      <w:r>
        <w:t>What evidence could demonstrate it?: ______________________________________________________________</w:t>
      </w:r>
    </w:p>
    <w:p>
      <w:r>
        <w:t>How could the benefit continue?: ______________________________________________________________</w:t>
      </w:r>
    </w:p>
    <w:p>
      <w:pPr>
        <w:pStyle w:val="Heading1"/>
      </w:pPr>
      <w:r>
        <w:t>Formative Self-Assessment — 5 Items</w:t>
      </w:r>
    </w:p>
    <w:p>
      <w:r>
        <w:t>1. Which statement best describes an impactful project?</w:t>
      </w:r>
    </w:p>
    <w:p>
      <w:pPr>
        <w:pStyle w:val="ListBullet2"/>
      </w:pPr>
      <w:r>
        <w:t>A. It attracts the largest crowd</w:t>
      </w:r>
    </w:p>
    <w:p>
      <w:pPr>
        <w:pStyle w:val="ListBullet2"/>
      </w:pPr>
      <w:r>
        <w:t>B. It has the most activities</w:t>
      </w:r>
    </w:p>
    <w:p>
      <w:pPr>
        <w:pStyle w:val="ListBullet2"/>
      </w:pPr>
      <w:r>
        <w:t>C. It creates meaningful change that can be demonstrated</w:t>
      </w:r>
    </w:p>
    <w:p>
      <w:pPr>
        <w:pStyle w:val="ListBullet2"/>
      </w:pPr>
      <w:r>
        <w:t>D. It uses the newest technology</w:t>
      </w:r>
    </w:p>
    <w:p>
      <w:r>
        <w:t>Answer: __________</w:t>
      </w:r>
    </w:p>
    <w:p>
      <w:r>
        <w:t>2. Which is an output rather than an outcome?</w:t>
      </w:r>
    </w:p>
    <w:p>
      <w:pPr>
        <w:pStyle w:val="ListBullet2"/>
      </w:pPr>
      <w:r>
        <w:t>A. 100 learners completed training</w:t>
      </w:r>
    </w:p>
    <w:p>
      <w:pPr>
        <w:pStyle w:val="ListBullet2"/>
      </w:pPr>
      <w:r>
        <w:t>B. Learners apply a new skill at work</w:t>
      </w:r>
    </w:p>
    <w:p>
      <w:pPr>
        <w:pStyle w:val="ListBullet2"/>
      </w:pPr>
      <w:r>
        <w:t>C. Service quality improves</w:t>
      </w:r>
    </w:p>
    <w:p>
      <w:pPr>
        <w:pStyle w:val="ListBullet2"/>
      </w:pPr>
      <w:r>
        <w:t>D. Participants solve a recurring problem</w:t>
      </w:r>
    </w:p>
    <w:p>
      <w:r>
        <w:t>Answer: __________</w:t>
      </w:r>
    </w:p>
    <w:p>
      <w:r>
        <w:t>3. Why is evidence important?</w:t>
      </w:r>
    </w:p>
    <w:p>
      <w:pPr>
        <w:pStyle w:val="ListBullet2"/>
      </w:pPr>
      <w:r>
        <w:t>A. It makes a project look expensive</w:t>
      </w:r>
    </w:p>
    <w:p>
      <w:pPr>
        <w:pStyle w:val="ListBullet2"/>
      </w:pPr>
      <w:r>
        <w:t>B. It helps demonstrate whether intended results occurred</w:t>
      </w:r>
    </w:p>
    <w:p>
      <w:pPr>
        <w:pStyle w:val="ListBullet2"/>
      </w:pPr>
      <w:r>
        <w:t>C. It guarantees sustainability</w:t>
      </w:r>
    </w:p>
    <w:p>
      <w:pPr>
        <w:pStyle w:val="ListBullet2"/>
      </w:pPr>
      <w:r>
        <w:t>D. It replaces planning</w:t>
      </w:r>
    </w:p>
    <w:p>
      <w:r>
        <w:t>Answer: __________</w:t>
      </w:r>
    </w:p>
    <w:p>
      <w:r>
        <w:t>4. Which question is most impact-oriented?</w:t>
      </w:r>
    </w:p>
    <w:p>
      <w:pPr>
        <w:pStyle w:val="ListBullet2"/>
      </w:pPr>
      <w:r>
        <w:t>A. What event will we hold?</w:t>
      </w:r>
    </w:p>
    <w:p>
      <w:pPr>
        <w:pStyle w:val="ListBullet2"/>
      </w:pPr>
      <w:r>
        <w:t>B. How many posters can we print?</w:t>
      </w:r>
    </w:p>
    <w:p>
      <w:pPr>
        <w:pStyle w:val="ListBullet2"/>
      </w:pPr>
      <w:r>
        <w:t>C. What change are we trying to create and for whom?</w:t>
      </w:r>
    </w:p>
    <w:p>
      <w:pPr>
        <w:pStyle w:val="ListBullet2"/>
      </w:pPr>
      <w:r>
        <w:t>D. How can we make it longer?</w:t>
      </w:r>
    </w:p>
    <w:p>
      <w:r>
        <w:t>Answer: __________</w:t>
      </w:r>
    </w:p>
    <w:p>
      <w:r>
        <w:t>5. Which foundation asks whether benefits can continue?</w:t>
      </w:r>
    </w:p>
    <w:p>
      <w:pPr>
        <w:pStyle w:val="ListBullet2"/>
      </w:pPr>
      <w:r>
        <w:t>A. Relevance</w:t>
      </w:r>
    </w:p>
    <w:p>
      <w:pPr>
        <w:pStyle w:val="ListBullet2"/>
      </w:pPr>
      <w:r>
        <w:t>B. Value</w:t>
      </w:r>
    </w:p>
    <w:p>
      <w:pPr>
        <w:pStyle w:val="ListBullet2"/>
      </w:pPr>
      <w:r>
        <w:t>C. Evidence</w:t>
      </w:r>
    </w:p>
    <w:p>
      <w:pPr>
        <w:pStyle w:val="ListBullet2"/>
      </w:pPr>
      <w:r>
        <w:t>D. Sustainability</w:t>
      </w:r>
    </w:p>
    <w:p>
      <w:r>
        <w:t>Answer: __________</w:t>
      </w:r>
    </w:p>
    <w:p>
      <w:pPr>
        <w:pStyle w:val="Heading1"/>
      </w:pPr>
      <w:r>
        <w:t>Self-Check Answer Key</w:t>
      </w:r>
    </w:p>
    <w:p>
      <w:r>
        <w:t>1. C — Impact concerns meaningful change, not simply size or visibility.</w:t>
      </w:r>
    </w:p>
    <w:p>
      <w:r>
        <w:t>2. A — Completion/delivery is an output; changed behavior or conditions are outcomes.</w:t>
      </w:r>
    </w:p>
    <w:p>
      <w:r>
        <w:t>3. B — Evidence helps verify whether intended results occurred.</w:t>
      </w:r>
    </w:p>
    <w:p>
      <w:r>
        <w:t>4. C — Impact thinking starts with intended change and beneficiaries.</w:t>
      </w:r>
    </w:p>
    <w:p>
      <w:r>
        <w:t>5. D — Sustainability concerns continuation of benefits over time.</w:t>
      </w:r>
    </w:p>
    <w:p>
      <w:r>
        <w:t>SELF-CHECK SCORE: ______ / 5</w:t>
      </w:r>
    </w:p>
    <w:p>
      <w:r>
        <w:t>Guide: 5 = Ready to proceed | 4 = Proceed after reviewing one concept | 3 = Review the module | 0–2 = Revisit the lesson and practice tool.</w:t>
      </w:r>
    </w:p>
    <w:p>
      <w:pPr>
        <w:pStyle w:val="Heading1"/>
      </w:pPr>
      <w:r>
        <w:t>Reflection</w:t>
      </w:r>
    </w:p>
    <w:p>
      <w:r>
        <w:t>What changed in the way you define an impactful project?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Which activity could be improved by focusing more clearly on results?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Which foundation is easiest for you to apply, and which needs more attention?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Module Takeaway</w:t>
      </w:r>
    </w:p>
    <w:p>
      <w:r>
        <w:t>An impactful project is defined by the meaningful change it is designed to create and the evidence used to understand that change—not simply by size, visibility, or activity count.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